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cs="Arial"/>
          <w:b/>
          <w:sz w:val="24"/>
        </w:rPr>
        <w:t>ACTA DE EXONERACIÓN DE RESPONSABILIDAD</w:t>
      </w:r>
    </w:p>
    <w:p>
      <w:pPr>
        <w:spacing w:after="80"/>
        <w:jc w:val="center"/>
      </w:pPr>
      <w:r>
        <w:rPr>
          <w:rFonts w:ascii="Arial" w:hAnsi="Arial" w:cs="Arial"/>
          <w:b/>
          <w:sz w:val="24"/>
        </w:rPr>
        <w:t>Y AUTORIZACIÓN DE USO DE IMAGEN</w:t>
      </w:r>
    </w:p>
    <w:p>
      <w:pPr>
        <w:spacing w:after="160"/>
        <w:jc w:val="center"/>
      </w:pPr>
      <w:r>
        <w:rPr>
          <w:rFonts w:ascii="Arial" w:hAnsi="Arial" w:cs="Arial"/>
          <w:b/>
          <w:sz w:val="22"/>
        </w:rPr>
        <w:t>Pro Rider - Master Track 2026</w:t>
      </w:r>
    </w:p>
    <w:p>
      <w:pPr>
        <w:spacing w:before="120" w:after="60"/>
      </w:pPr>
      <w:r>
        <w:rPr>
          <w:rFonts w:ascii="Arial" w:hAnsi="Arial" w:cs="Arial"/>
          <w:b/>
          <w:sz w:val="19"/>
        </w:rPr>
        <w:t>Datos generales</w:t>
      </w:r>
    </w:p>
    <w:tbl>
      <w:tblPr>
        <w:tblW w:type="auto" w:w="0"/>
        <w:jc w:val="center"/>
        <w:tblLayout w:type="fixed"/>
        <w:tblLook w:firstColumn="1" w:firstRow="1" w:lastColumn="0" w:lastRow="0" w:noHBand="0" w:noVBand="1" w:val="04A0"/>
      </w:tblPr>
      <w:tblGrid>
        <w:gridCol w:w="2592"/>
        <w:gridCol w:w="2592"/>
        <w:gridCol w:w="2592"/>
        <w:gridCol w:w="2592"/>
      </w:tblGrid>
      <w:tr>
        <w:tc>
          <w:tcPr>
            <w:tcW w:type="dxa" w:w="180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Fecha de firma</w:t>
            </w:r>
          </w:p>
        </w:tc>
        <w:tc>
          <w:tcPr>
            <w:tcW w:type="dxa" w:w="3168"/>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t>____ / ____ / 2026</w:t>
            </w:r>
          </w:p>
        </w:tc>
        <w:tc>
          <w:tcPr>
            <w:tcW w:type="dxa" w:w="144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Lugar</w:t>
            </w:r>
          </w:p>
        </w:tc>
        <w:tc>
          <w:tcPr>
            <w:tcW w:type="dxa" w:w="374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t>Tocancipá</w:t>
            </w:r>
          </w:p>
        </w:tc>
      </w:tr>
      <w:tr>
        <w:tc>
          <w:tcPr>
            <w:tcW w:type="dxa" w:w="180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Evento</w:t>
            </w:r>
          </w:p>
        </w:tc>
        <w:tc>
          <w:tcPr>
            <w:tcW w:type="dxa" w:w="3168"/>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t>Pro Rider - Master Track 2026</w:t>
            </w:r>
          </w:p>
        </w:tc>
        <w:tc>
          <w:tcPr>
            <w:tcW w:type="dxa" w:w="144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Organiza</w:t>
            </w:r>
          </w:p>
        </w:tc>
        <w:tc>
          <w:tcPr>
            <w:tcW w:type="dxa" w:w="374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t>BMW Motorrad Colombia</w:t>
            </w:r>
          </w:p>
        </w:tc>
      </w:tr>
    </w:tbl>
    <w:p>
      <w:pPr>
        <w:spacing w:before="120" w:after="60"/>
      </w:pPr>
      <w:r>
        <w:rPr>
          <w:rFonts w:ascii="Arial" w:hAnsi="Arial" w:cs="Arial"/>
          <w:b/>
          <w:sz w:val="19"/>
        </w:rPr>
        <w:t>Datos del participante</w:t>
      </w:r>
    </w:p>
    <w:tbl>
      <w:tblPr>
        <w:tblW w:type="auto" w:w="0"/>
        <w:jc w:val="center"/>
        <w:tblLayout w:type="fixed"/>
        <w:tblLook w:firstColumn="1" w:firstRow="1" w:lastColumn="0" w:lastRow="0" w:noHBand="0" w:noVBand="1" w:val="04A0"/>
      </w:tblPr>
      <w:tblGrid>
        <w:gridCol w:w="2592"/>
        <w:gridCol w:w="2592"/>
        <w:gridCol w:w="2592"/>
        <w:gridCol w:w="2592"/>
      </w:tblGrid>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Nombre completo</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Documento de identificación</w:t>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Licencia de conducción</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Teléfono de contacto</w:t>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Ciudad de procedencia</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E-mail</w:t>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EPS / Seguro médico / Medicina prepagada</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bl>
    <w:p>
      <w:pPr>
        <w:spacing w:before="120" w:after="60"/>
      </w:pPr>
      <w:r>
        <w:rPr>
          <w:rFonts w:ascii="Arial" w:hAnsi="Arial" w:cs="Arial"/>
          <w:b/>
          <w:sz w:val="19"/>
        </w:rPr>
        <w:t>Contacto en caso de emergencia</w:t>
      </w:r>
    </w:p>
    <w:tbl>
      <w:tblPr>
        <w:tblW w:type="auto" w:w="0"/>
        <w:jc w:val="center"/>
        <w:tblLayout w:type="fixed"/>
        <w:tblLook w:firstColumn="1" w:firstRow="1" w:lastColumn="0" w:lastRow="0" w:noHBand="0" w:noVBand="1" w:val="04A0"/>
      </w:tblPr>
      <w:tblGrid>
        <w:gridCol w:w="2592"/>
        <w:gridCol w:w="2592"/>
        <w:gridCol w:w="2592"/>
        <w:gridCol w:w="2592"/>
      </w:tblGrid>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Nombre completo</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Teléfonos de contacto</w:t>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bl>
    <w:p>
      <w:pPr>
        <w:spacing w:before="120" w:after="60"/>
      </w:pPr>
      <w:r>
        <w:rPr>
          <w:rFonts w:ascii="Arial" w:hAnsi="Arial" w:cs="Arial"/>
          <w:b/>
          <w:sz w:val="19"/>
        </w:rPr>
        <w:t>Datos del vehículo</w:t>
      </w:r>
    </w:p>
    <w:tbl>
      <w:tblPr>
        <w:tblW w:type="auto" w:w="0"/>
        <w:jc w:val="center"/>
        <w:tblLayout w:type="fixed"/>
        <w:tblLook w:firstColumn="1" w:firstRow="1" w:lastColumn="0" w:lastRow="0" w:noHBand="0" w:noVBand="1" w:val="04A0"/>
      </w:tblPr>
      <w:tblGrid>
        <w:gridCol w:w="2592"/>
        <w:gridCol w:w="2592"/>
        <w:gridCol w:w="2592"/>
        <w:gridCol w:w="2592"/>
      </w:tblGrid>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Marca y modelo</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Año modelo</w:t>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r>
        <w:tc>
          <w:tcPr>
            <w:tcW w:type="dxa" w:w="2448"/>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Placas</w:t>
            </w:r>
          </w:p>
        </w:tc>
        <w:tc>
          <w:tcPr>
            <w:tcW w:type="dxa" w:w="2664"/>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c>
          <w:tcPr>
            <w:tcW w:type="dxa" w:w="2520"/>
            <w:tcBorders>
              <w:top w:val="single" w:sz="4" w:color="D9D9D9"/>
              <w:left w:val="single" w:sz="4" w:color="D9D9D9"/>
              <w:bottom w:val="single" w:sz="4" w:color="D9D9D9"/>
              <w:right w:val="single" w:sz="4" w:color="D9D9D9"/>
            </w:tcBorders>
            <w:vAlign w:val="center"/>
            <w:shd w:fill="F2F2F2"/>
            <w:tcMar>
              <w:top w:w="60" w:type="dxa"/>
              <w:start w:w="80" w:type="dxa"/>
              <w:bottom w:w="60" w:type="dxa"/>
              <w:end w:w="80" w:type="dxa"/>
            </w:tcMar>
          </w:tcPr>
          <w:p>
            <w:pPr>
              <w:spacing w:after="0" w:line="240" w:lineRule="auto"/>
            </w:pPr>
            <w:r>
              <w:rPr>
                <w:rFonts w:ascii="Arial" w:hAnsi="Arial" w:cs="Arial"/>
                <w:b/>
                <w:sz w:val="17"/>
              </w:rPr>
              <w:t>SOAT vigente hasta</w:t>
            </w:r>
          </w:p>
        </w:tc>
        <w:tc>
          <w:tcPr>
            <w:tcW w:type="dxa" w:w="2520"/>
            <w:tcBorders>
              <w:top w:val="single" w:sz="4" w:color="D9D9D9"/>
              <w:left w:val="single" w:sz="4" w:color="D9D9D9"/>
              <w:bottom w:val="single" w:sz="4" w:color="D9D9D9"/>
              <w:right w:val="single" w:sz="4" w:color="D9D9D9"/>
            </w:tcBorders>
            <w:vAlign w:val="center"/>
            <w:tcMar>
              <w:top w:w="60" w:type="dxa"/>
              <w:start w:w="80" w:type="dxa"/>
              <w:bottom w:w="60" w:type="dxa"/>
              <w:end w:w="80" w:type="dxa"/>
            </w:tcMar>
          </w:tcPr>
          <w:p>
            <w:pPr>
              <w:spacing w:after="0" w:line="240" w:lineRule="auto"/>
            </w:pPr>
            <w:r>
              <w:rPr>
                <w:rFonts w:ascii="Arial" w:hAnsi="Arial" w:cs="Arial"/>
                <w:b w:val="0"/>
                <w:sz w:val="17"/>
              </w:rPr>
            </w:r>
          </w:p>
        </w:tc>
      </w:tr>
    </w:tbl>
    <w:p>
      <w:pPr>
        <w:spacing w:before="160" w:after="120" w:line="240" w:lineRule="auto"/>
        <w:jc w:val="both"/>
      </w:pPr>
      <w:r>
        <w:rPr>
          <w:rFonts w:ascii="Arial" w:hAnsi="Arial" w:cs="Arial"/>
          <w:b w:val="0"/>
          <w:sz w:val="18"/>
        </w:rPr>
        <w:t xml:space="preserve">En calidad de participante del evento </w:t>
      </w:r>
      <w:r>
        <w:rPr>
          <w:rFonts w:ascii="Arial" w:hAnsi="Arial" w:cs="Arial"/>
          <w:b/>
          <w:sz w:val="18"/>
        </w:rPr>
        <w:t>Pro Rider - Master Track 2026</w:t>
      </w:r>
      <w:r>
        <w:rPr>
          <w:rFonts w:ascii="Arial" w:hAnsi="Arial" w:cs="Arial"/>
          <w:b w:val="0"/>
          <w:sz w:val="18"/>
        </w:rPr>
        <w:t>, organizado por BMW Motorrad Colombia en Tocancipá, manifiesto y declaro bajo la gravedad de juramento que:</w:t>
      </w:r>
    </w:p>
    <w:p>
      <w:pPr>
        <w:spacing w:after="30" w:line="240" w:lineRule="auto"/>
        <w:ind w:left="648" w:hanging="648"/>
        <w:jc w:val="both"/>
      </w:pPr>
      <w:r>
        <w:rPr>
          <w:rFonts w:ascii="Arial" w:hAnsi="Arial" w:cs="Arial"/>
          <w:b/>
          <w:sz w:val="17"/>
        </w:rPr>
        <w:t>I.</w:t>
        <w:tab/>
      </w:r>
      <w:r>
        <w:rPr>
          <w:rFonts w:ascii="Arial" w:hAnsi="Arial" w:cs="Arial"/>
          <w:b w:val="0"/>
          <w:sz w:val="17"/>
        </w:rPr>
        <w:t>Declaro tener la experiencia, la confianza y la destreza necesarias para conducir mi motocicleta.</w:t>
      </w:r>
    </w:p>
    <w:p>
      <w:pPr>
        <w:spacing w:after="30" w:line="240" w:lineRule="auto"/>
        <w:ind w:left="648" w:hanging="648"/>
        <w:jc w:val="both"/>
      </w:pPr>
      <w:r>
        <w:rPr>
          <w:rFonts w:ascii="Arial" w:hAnsi="Arial" w:cs="Arial"/>
          <w:b/>
          <w:sz w:val="17"/>
        </w:rPr>
        <w:t>II.</w:t>
        <w:tab/>
      </w:r>
      <w:r>
        <w:rPr>
          <w:rFonts w:ascii="Arial" w:hAnsi="Arial" w:cs="Arial"/>
          <w:b w:val="0"/>
          <w:sz w:val="17"/>
        </w:rPr>
        <w:t>Declaro que mi participación en el presente evento la realizo de manera voluntaria y consciente de los riesgos inherentes a este tipo de actividades, en las cuales se pueden presentar accidentes o incidentes que afecten gravemente mi integridad física, pudiendo llegar hasta la muerte.</w:t>
      </w:r>
    </w:p>
    <w:p>
      <w:pPr>
        <w:spacing w:after="30" w:line="240" w:lineRule="auto"/>
        <w:ind w:left="648" w:hanging="648"/>
        <w:jc w:val="both"/>
      </w:pPr>
      <w:r>
        <w:rPr>
          <w:rFonts w:ascii="Arial" w:hAnsi="Arial" w:cs="Arial"/>
          <w:b/>
          <w:sz w:val="17"/>
        </w:rPr>
        <w:t>III.</w:t>
        <w:tab/>
      </w:r>
      <w:r>
        <w:rPr>
          <w:rFonts w:ascii="Arial" w:hAnsi="Arial" w:cs="Arial"/>
          <w:b w:val="0"/>
          <w:sz w:val="17"/>
        </w:rPr>
        <w:t>Declaro contar con la respectiva documentación, tales como licencia de conducción y SOAT vigente, entre otros documentos emitidos por las autoridades competentes.</w:t>
      </w:r>
    </w:p>
    <w:p>
      <w:pPr>
        <w:spacing w:after="30" w:line="240" w:lineRule="auto"/>
        <w:ind w:left="648" w:hanging="648"/>
        <w:jc w:val="both"/>
      </w:pPr>
      <w:r>
        <w:rPr>
          <w:rFonts w:ascii="Arial" w:hAnsi="Arial" w:cs="Arial"/>
          <w:b/>
          <w:sz w:val="17"/>
        </w:rPr>
        <w:t>IV.</w:t>
        <w:tab/>
      </w:r>
      <w:r>
        <w:rPr>
          <w:rFonts w:ascii="Arial" w:hAnsi="Arial" w:cs="Arial"/>
          <w:b w:val="0"/>
          <w:sz w:val="17"/>
        </w:rPr>
        <w:t>Declaro ser consciente de que no se puede conducir bajo la influencia de bebidas alcohólicas y/o sustancias psicoactivas.</w:t>
      </w:r>
    </w:p>
    <w:p>
      <w:pPr>
        <w:spacing w:after="30" w:line="240" w:lineRule="auto"/>
        <w:ind w:left="648" w:hanging="648"/>
        <w:jc w:val="both"/>
      </w:pPr>
      <w:r>
        <w:rPr>
          <w:rFonts w:ascii="Arial" w:hAnsi="Arial" w:cs="Arial"/>
          <w:b/>
          <w:sz w:val="17"/>
        </w:rPr>
        <w:t>V.</w:t>
        <w:tab/>
      </w:r>
      <w:r>
        <w:rPr>
          <w:rFonts w:ascii="Arial" w:hAnsi="Arial" w:cs="Arial"/>
          <w:b w:val="0"/>
          <w:sz w:val="17"/>
        </w:rPr>
        <w:t>Declaro estar en plenas condiciones físicas y psicológicas para participar en el evento Pro Rider - Master Track 2026 y para pilotear una motocicleta. Asimismo, declaro que no he ingerido ninguna sustancia y/o medicamento que pudiera interferir con la correcta conducción del vehículo, ni que altere y/o disminuya mi capacidad física y/o de reacción.</w:t>
      </w:r>
    </w:p>
    <w:p>
      <w:pPr>
        <w:spacing w:after="30" w:line="240" w:lineRule="auto"/>
        <w:ind w:left="648" w:hanging="648"/>
        <w:jc w:val="both"/>
      </w:pPr>
      <w:r>
        <w:rPr>
          <w:rFonts w:ascii="Arial" w:hAnsi="Arial" w:cs="Arial"/>
          <w:b/>
          <w:sz w:val="17"/>
        </w:rPr>
        <w:t>VI.</w:t>
        <w:tab/>
      </w:r>
      <w:r>
        <w:rPr>
          <w:rFonts w:ascii="Arial" w:hAnsi="Arial" w:cs="Arial"/>
          <w:b w:val="0"/>
          <w:sz w:val="17"/>
        </w:rPr>
        <w:t>Declaro que me encuentro debidamente afiliado a una Entidad Promotora de Salud y/o Medicina Prepagada y/o que cuento con algún tipo de seguro médico.</w:t>
      </w:r>
    </w:p>
    <w:p>
      <w:pPr>
        <w:spacing w:after="30" w:line="240" w:lineRule="auto"/>
        <w:ind w:left="648" w:hanging="648"/>
        <w:jc w:val="both"/>
      </w:pPr>
      <w:r>
        <w:rPr>
          <w:rFonts w:ascii="Arial" w:hAnsi="Arial" w:cs="Arial"/>
          <w:b/>
          <w:sz w:val="17"/>
        </w:rPr>
        <w:t>VII.</w:t>
        <w:tab/>
      </w:r>
      <w:r>
        <w:rPr>
          <w:rFonts w:ascii="Arial" w:hAnsi="Arial" w:cs="Arial"/>
          <w:b w:val="0"/>
          <w:sz w:val="17"/>
        </w:rPr>
        <w:t>Declaro que la motocicleta con la que participaré se encuentra en óptimas condiciones técnicas y mecánicas y es apta para participar en el evento. De la misma manera, declaro que NO cuenta con modificaciones a su estructura técnica o mecánica que alteren de cualquier manera su rendimiento y que no estén de acuerdo con lo establecido en los términos de garantía de BMW Motorrad.</w:t>
      </w:r>
    </w:p>
    <w:p>
      <w:pPr>
        <w:spacing w:after="30" w:line="240" w:lineRule="auto"/>
        <w:ind w:left="648" w:hanging="648"/>
        <w:jc w:val="both"/>
      </w:pPr>
      <w:r>
        <w:rPr>
          <w:rFonts w:ascii="Arial" w:hAnsi="Arial" w:cs="Arial"/>
          <w:b/>
          <w:sz w:val="17"/>
        </w:rPr>
        <w:t>VIII.</w:t>
        <w:tab/>
      </w:r>
      <w:r>
        <w:rPr>
          <w:rFonts w:ascii="Arial" w:hAnsi="Arial" w:cs="Arial"/>
          <w:b w:val="0"/>
          <w:sz w:val="17"/>
        </w:rPr>
        <w:t>Declaro que soy consciente de que es indispensable haber completado el proceso de inscripción en la página asignada para poder ingresar al evento.</w:t>
      </w:r>
    </w:p>
    <w:p>
      <w:pPr>
        <w:spacing w:after="30" w:line="240" w:lineRule="auto"/>
        <w:ind w:left="648" w:hanging="648"/>
        <w:jc w:val="both"/>
      </w:pPr>
      <w:r>
        <w:rPr>
          <w:rFonts w:ascii="Arial" w:hAnsi="Arial" w:cs="Arial"/>
          <w:b/>
          <w:sz w:val="17"/>
        </w:rPr>
        <w:t>IX.</w:t>
        <w:tab/>
      </w:r>
      <w:r>
        <w:rPr>
          <w:rFonts w:ascii="Arial" w:hAnsi="Arial" w:cs="Arial"/>
          <w:b w:val="0"/>
          <w:sz w:val="17"/>
        </w:rPr>
        <w:t>Acepto que los cupos están sujetos a decisión de la organización y que los horarios, fechas, recorridos y demás aspectos pueden ser modificados sin previo aviso.</w:t>
      </w:r>
    </w:p>
    <w:p>
      <w:pPr>
        <w:spacing w:after="30" w:line="240" w:lineRule="auto"/>
        <w:ind w:left="648" w:hanging="648"/>
        <w:jc w:val="both"/>
      </w:pPr>
      <w:r>
        <w:rPr>
          <w:rFonts w:ascii="Arial" w:hAnsi="Arial" w:cs="Arial"/>
          <w:b/>
          <w:sz w:val="17"/>
        </w:rPr>
        <w:t>X.</w:t>
        <w:tab/>
      </w:r>
      <w:r>
        <w:rPr>
          <w:rFonts w:ascii="Arial" w:hAnsi="Arial" w:cs="Arial"/>
          <w:b w:val="0"/>
          <w:sz w:val="17"/>
        </w:rPr>
        <w:t>Acepto y soy consciente de que, en caso de accidente, los participantes e invitados se acogen a las condiciones establecidas por Autogermana S.A.S. o sus representantes para la conducción de vehículos de demostración.</w:t>
      </w:r>
    </w:p>
    <w:p>
      <w:pPr>
        <w:spacing w:after="30" w:line="240" w:lineRule="auto"/>
        <w:ind w:left="648" w:hanging="648"/>
        <w:jc w:val="both"/>
      </w:pPr>
      <w:r>
        <w:rPr>
          <w:rFonts w:ascii="Arial" w:hAnsi="Arial" w:cs="Arial"/>
          <w:b/>
          <w:sz w:val="17"/>
        </w:rPr>
        <w:t>XI.</w:t>
        <w:tab/>
      </w:r>
      <w:r>
        <w:rPr>
          <w:rFonts w:ascii="Arial" w:hAnsi="Arial" w:cs="Arial"/>
          <w:b w:val="0"/>
          <w:sz w:val="17"/>
        </w:rPr>
        <w:t>Acepto y soy consciente de que los horarios, aperturas y cierres están sujetos a decisión de la organización y a cambios sin previo aviso.</w:t>
      </w:r>
    </w:p>
    <w:p>
      <w:pPr>
        <w:spacing w:after="30" w:line="240" w:lineRule="auto"/>
        <w:ind w:left="648" w:hanging="648"/>
        <w:jc w:val="both"/>
      </w:pPr>
      <w:r>
        <w:rPr>
          <w:rFonts w:ascii="Arial" w:hAnsi="Arial" w:cs="Arial"/>
          <w:b/>
          <w:sz w:val="17"/>
        </w:rPr>
        <w:t>XII.</w:t>
        <w:tab/>
      </w:r>
      <w:r>
        <w:rPr>
          <w:rFonts w:ascii="Arial" w:hAnsi="Arial" w:cs="Arial"/>
          <w:b w:val="0"/>
          <w:sz w:val="17"/>
        </w:rPr>
        <w:t>Declaro que, en caso de que el vehículo y/o motocicleta que participará en el evento no sea de mi propiedad, cuento con la debida autorización del propietario para participar en este evento.</w:t>
      </w:r>
    </w:p>
    <w:p>
      <w:pPr>
        <w:spacing w:after="30" w:line="240" w:lineRule="auto"/>
        <w:ind w:left="648" w:hanging="648"/>
        <w:jc w:val="both"/>
      </w:pPr>
      <w:r>
        <w:rPr>
          <w:rFonts w:ascii="Arial" w:hAnsi="Arial" w:cs="Arial"/>
          <w:b/>
          <w:sz w:val="17"/>
        </w:rPr>
        <w:t>XIII.</w:t>
        <w:tab/>
      </w:r>
      <w:r>
        <w:rPr>
          <w:rFonts w:ascii="Arial" w:hAnsi="Arial" w:cs="Arial"/>
          <w:b w:val="0"/>
          <w:sz w:val="17"/>
        </w:rPr>
        <w:t>Estoy consciente y me comprometo a cumplir con las normas de tránsito establecidas en el Código Nacional de Tránsito y demás normas aplicables, así como a respetar los límites de velocidad y usar los implementos de seguridad establecidos en la normatividad.</w:t>
      </w:r>
    </w:p>
    <w:p>
      <w:pPr>
        <w:spacing w:after="30" w:line="240" w:lineRule="auto"/>
        <w:ind w:left="648" w:hanging="648"/>
        <w:jc w:val="both"/>
      </w:pPr>
      <w:r>
        <w:rPr>
          <w:rFonts w:ascii="Arial" w:hAnsi="Arial" w:cs="Arial"/>
          <w:b/>
          <w:sz w:val="17"/>
        </w:rPr>
        <w:t>XIV.</w:t>
        <w:tab/>
      </w:r>
      <w:r>
        <w:rPr>
          <w:rFonts w:ascii="Arial" w:hAnsi="Arial" w:cs="Arial"/>
          <w:b w:val="0"/>
          <w:sz w:val="17"/>
        </w:rPr>
        <w:t>Reconozco que la disponibilidad del equipo de paramédicos y ambulancia en el sitio del evento constituye mera liberalidad, lo cual no implica ninguna asunción de responsabilidad por parte de Autogermana S.A.S. ni por parte del autódromo XRP. Acepto que tal equipo, en caso de existir, solo prestará los primeros auxilios en camino al centro de salud u hospital más próximo, por lo cual declaro que responderé por cualquier consecuencia que se llegare a presentar por la prestación de dicho servicio.</w:t>
      </w:r>
    </w:p>
    <w:p>
      <w:pPr>
        <w:spacing w:after="30" w:line="240" w:lineRule="auto"/>
        <w:ind w:left="648" w:hanging="648"/>
        <w:jc w:val="both"/>
      </w:pPr>
      <w:r>
        <w:rPr>
          <w:rFonts w:ascii="Arial" w:hAnsi="Arial" w:cs="Arial"/>
          <w:b/>
          <w:sz w:val="17"/>
        </w:rPr>
        <w:t>XV.</w:t>
        <w:tab/>
      </w:r>
      <w:r>
        <w:rPr>
          <w:rFonts w:ascii="Arial" w:hAnsi="Arial" w:cs="Arial"/>
          <w:b w:val="0"/>
          <w:sz w:val="17"/>
        </w:rPr>
        <w:t>Reconozco que el manejo y, en general, este tipo de actividades de conducción constituyen una actividad peligrosa, existiendo riesgo para mí, para terceros y/o acompañantes, quienes pueden resultar heridos, y/o generar daños al vehículo conducido por mí, a vehículos propiedad de Autogermana S.A.S., a bienes de terceros y/o a terceros, de forma parcial o total.</w:t>
      </w:r>
    </w:p>
    <w:p>
      <w:pPr>
        <w:spacing w:before="80" w:after="80" w:line="240" w:lineRule="auto"/>
        <w:jc w:val="both"/>
      </w:pPr>
      <w:r>
        <w:rPr>
          <w:rFonts w:ascii="Arial" w:hAnsi="Arial" w:cs="Arial"/>
          <w:b w:val="0"/>
          <w:sz w:val="17"/>
        </w:rPr>
        <w:t xml:space="preserve">Por lo anterior, el suscrito, en mi calidad de participante y/o acompañante, por mi cuenta y la de mis herederos, administradores y representantes legales, accedo totalmente a eximir de cualquier responsabilidad y a proteger a Autogermana S.A.S.; por ende, me obligo a mantener indemne a Autogermana S.A.S. por concepto de cualquier pérdida, daño, acción directa o indirecta, reclamos y demandas, costos, gastos y responsabilidades, cuentas médicas u hospitalarias, demandas de cualquier clase, sin excepción alguna, que puedan resultar directa o indirectamente de cualquier accidente, daño, culpa, acción u omisión por parte mía en la participación de la actividad en mención. Igualmente, mantendré indemne a Autogermana S.A.S., sin excepción alguna, respecto de reclamación, demanda, cobro o gravamen realizado por cualquier persona natural o jurídica y que se origine en acciones u omisiones mías en la participación del </w:t>
      </w:r>
      <w:r>
        <w:rPr>
          <w:rFonts w:ascii="Arial" w:hAnsi="Arial" w:cs="Arial"/>
          <w:b/>
          <w:sz w:val="17"/>
        </w:rPr>
        <w:t>Pro Rider - Master Track 2026.</w:t>
      </w:r>
    </w:p>
    <w:p>
      <w:pPr>
        <w:spacing w:before="80" w:after="80" w:line="240" w:lineRule="auto"/>
        <w:jc w:val="both"/>
      </w:pPr>
      <w:r>
        <w:rPr>
          <w:rFonts w:ascii="Arial" w:hAnsi="Arial" w:cs="Arial"/>
          <w:b w:val="0"/>
          <w:sz w:val="17"/>
        </w:rPr>
        <w:t>Acepto todos y cada uno de los riesgos que se puedan generar en caso de que yo o terceros podamos resultar físicamente lastimados o heridos y de cualquier tipo de pérdida, eximiendo a AUTOGERMANA S.A.S. de cualquier responsabilidad legal resultante de la participación en el evento arriba mencionado.</w:t>
      </w:r>
    </w:p>
    <w:p>
      <w:pPr>
        <w:spacing w:before="80" w:after="80" w:line="240" w:lineRule="auto"/>
        <w:jc w:val="both"/>
      </w:pPr>
      <w:r>
        <w:rPr>
          <w:rFonts w:ascii="Arial" w:hAnsi="Arial" w:cs="Arial"/>
          <w:b w:val="0"/>
          <w:sz w:val="17"/>
        </w:rPr>
        <w:t xml:space="preserve">Entiendo y acepto que las experiencias derivadas y vividas durante el evento </w:t>
      </w:r>
      <w:r>
        <w:rPr>
          <w:rFonts w:ascii="Arial" w:hAnsi="Arial" w:cs="Arial"/>
          <w:b/>
          <w:sz w:val="17"/>
        </w:rPr>
        <w:t>Pro Rider - Master Track 2026</w:t>
      </w:r>
      <w:r>
        <w:rPr>
          <w:rFonts w:ascii="Arial" w:hAnsi="Arial" w:cs="Arial"/>
          <w:b w:val="0"/>
          <w:sz w:val="17"/>
        </w:rPr>
        <w:t xml:space="preserve"> se podrán documentar a través de videos, fotos o cualquier otro material audiovisual y/o gráfico elaborado para o por BMW Group y/o AUTOGERMANA S.A.S.</w:t>
      </w:r>
    </w:p>
    <w:p>
      <w:pPr>
        <w:spacing w:before="80" w:after="80" w:line="240" w:lineRule="auto"/>
        <w:jc w:val="both"/>
      </w:pPr>
      <w:r>
        <w:rPr>
          <w:rFonts w:ascii="Arial" w:hAnsi="Arial" w:cs="Arial"/>
          <w:b w:val="0"/>
          <w:sz w:val="17"/>
        </w:rPr>
        <w:t>Autorizo que el material de documentación en el que aparezca sea utilizado por BMW Group y/o AUTOGERMANA S.A.S. en redes sociales, páginas web o en cualquier tipo de publicación escrita, gráfica o audiovisual. Por ende, cedo de manera permanente e irrevocable los derechos de uso y divulgación de dicho material a AUTOGERMANA S.A.S. y/o BMW Group por tiempo ilimitado y expresamente renuncio a cualquier tipo de reclamación por el uso que se haga de dicho contenido o material, siempre y cuando no sea contrario a la ley, la moral y las buenas costumbres.</w:t>
      </w:r>
    </w:p>
    <w:p>
      <w:pPr>
        <w:spacing w:before="80" w:after="80" w:line="240" w:lineRule="auto"/>
        <w:jc w:val="both"/>
      </w:pPr>
      <w:r>
        <w:rPr>
          <w:rFonts w:ascii="Arial" w:hAnsi="Arial" w:cs="Arial"/>
          <w:b w:val="0"/>
          <w:sz w:val="17"/>
        </w:rPr>
        <w:t>Acepto mediante este documento y de conformidad con la Ley 1581 de 2012, el tratamiento de mis datos por parte de AUTOGERMANA S.A.S. y/o BMW A.G., los cuales podrán ser enviados a BMW A.G. (Alemania) y a demás entidades y/o países autorizados por esta con fines comerciales, de contacto y/o estadísticos. El declarante puede ejercer los derechos de acceso, rectificación, cancelación y oposición de sus datos de carácter personal en la dirección info@autogermana.com.co. Adicionalmente, declaro que expresamente acepto que mis datos se encuentren incorporados en las bases de datos de AUTOGERMANA S.A.S. y/o BMW AG, y sean compartidos con terceros proveedores de servicios y/o aliados comerciales y/o financieros.</w:t>
      </w:r>
    </w:p>
    <w:p>
      <w:pPr>
        <w:spacing w:before="80" w:after="80" w:line="240" w:lineRule="auto"/>
        <w:jc w:val="both"/>
      </w:pPr>
      <w:r>
        <w:rPr>
          <w:rFonts w:ascii="Arial" w:hAnsi="Arial" w:cs="Arial"/>
          <w:b w:val="0"/>
          <w:sz w:val="17"/>
        </w:rPr>
        <w:t>Finalmente, declaro que he leído la totalidad del contenido del presente documento, que no presento duda o inconformidad alguna en relación con el mismo y con su contenido, y que la información suministrada en él es completamente cierta y veraz. Igualmente, declaro que lo he entendido y soy plenamente consciente de las obligaciones que de él se derivan, de los compromisos que con él adquiero y de los riesgos que corro con la actividad. Por ello, de manera libre y voluntaria, lo suscribo con mi firma.</w:t>
      </w:r>
    </w:p>
    <w:p>
      <w:pPr>
        <w:spacing w:before="480" w:after="80"/>
      </w:pPr>
      <w:r>
        <w:rPr>
          <w:rFonts w:ascii="Arial" w:hAnsi="Arial" w:cs="Arial"/>
          <w:sz w:val="18"/>
        </w:rPr>
        <w:t>________________________________________________</w:t>
      </w:r>
    </w:p>
    <w:p>
      <w:pPr>
        <w:spacing w:after="40"/>
      </w:pPr>
      <w:r>
        <w:rPr>
          <w:rFonts w:ascii="Arial" w:hAnsi="Arial" w:cs="Arial"/>
          <w:sz w:val="18"/>
        </w:rPr>
        <w:t>Firma del participante</w:t>
      </w:r>
    </w:p>
    <w:p>
      <w:pPr>
        <w:spacing w:after="40"/>
      </w:pPr>
      <w:r>
        <w:rPr>
          <w:rFonts w:ascii="Arial" w:hAnsi="Arial" w:cs="Arial"/>
          <w:sz w:val="18"/>
        </w:rPr>
        <w:t>Nombre:</w:t>
      </w:r>
    </w:p>
    <w:p>
      <w:pPr>
        <w:spacing w:after="40"/>
      </w:pPr>
      <w:r>
        <w:rPr>
          <w:rFonts w:ascii="Arial" w:hAnsi="Arial" w:cs="Arial"/>
          <w:sz w:val="18"/>
        </w:rPr>
        <w:t>Cédula:</w:t>
      </w:r>
    </w:p>
    <w:sectPr>
      <w:headerReference w:type="default" r:id="rId9"/>
      <w:pgSz w:w="12240" w:h="15840"/>
      <w:pgMar w:top="1267" w:right="936" w:bottom="792" w:left="936" w:header="216"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drawing>
        <wp:inline xmlns:a="http://schemas.openxmlformats.org/drawingml/2006/main" xmlns:pic="http://schemas.openxmlformats.org/drawingml/2006/picture">
          <wp:extent cx="2011680" cy="433285"/>
          <wp:docPr id="1" name="Picture 1"/>
          <wp:cNvGraphicFramePr>
            <a:graphicFrameLocks noChangeAspect="1"/>
          </wp:cNvGraphicFramePr>
          <a:graphic>
            <a:graphicData uri="http://schemas.openxmlformats.org/drawingml/2006/picture">
              <pic:pic>
                <pic:nvPicPr>
                  <pic:cNvPr id="0" name="image1.png"/>
                  <pic:cNvPicPr/>
                </pic:nvPicPr>
                <pic:blipFill>
                  <a:blip r:embed="rId1"/>
                  <a:stretch>
                    <a:fillRect/>
                  </a:stretch>
                </pic:blipFill>
                <pic:spPr>
                  <a:xfrm>
                    <a:off x="0" y="0"/>
                    <a:ext cx="2011680" cy="433285"/>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